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כובעי החשיבה ולזהות את משמעות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ערוצי חוסן שונים ולקשר אותם לנושאי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אישי ורפלקטיבי על שאלות מתוך 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כובעי חשיבה - מה הצבע מסמל?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ערוץ חוסן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(חיבור למשמעות ולעקרונות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(זיהוי והבעה של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(קשר עם חברים וחברות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(מציאת פתרונות מקוריים ומחשבה דמיונית)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(תכנון צעדים וביצוע מעשי)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(פעילות גופנית ותנועה)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הקטגוריות הן השראה מהשיר, בנעליים של, הוקרה ורגש, ועתיד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כרטיס מסומן גם בכובע חשיבה וגם בערוץ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השיתוף הוא לבחירה, רק מי שרוצה משתף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קיימת אפשרות של שליפה אקראית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אווירה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מנומקת, מתייחסת לשאלה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דמות מתאימה והסבר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ברורה ומקורית, התאמה הגיונית בין השאלה לכובע ולערוץ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אדום=רגש, לבן=עובדות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תואמת לאחד הערוצים שנלמדו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מתוך הקטגוריות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שישה הכובעים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אם לשתף את תשובותיהם הפתוחות בקול או בכתב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ליצירת כרטיס שיח חדש ולשחק בו בכיתה בשלב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כרטיסי שיח. בכל כרטיס יש שאלה, צבע של כובע חשיבה, וסוג של חוסן. נתרגל להבין ולענות על שאלות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שמסמל סוג מחשבה - למשל רגש או עובדות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פנימית שעוזרת להתמודד, כמו רגש או יצירתיות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עצמי ועל מה שלמדתי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פתוח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כל אחד משתף כרצונו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חלק פעיל ולדאוג לתוצאה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רעיונות חדשים ומקוריים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כובעי חשיבה - מה הצבע מסמל?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כובע אדום קשור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כובע לבן קשור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כובע צהוב קשור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כובע שחור קשור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כובע ירוק קשור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כובע כחול קשור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ערוץ חוסן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אמונה וערכים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 עם חברים וחברות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רגש והבעה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מציאת פתרונות מקוריים ומחשבה דמיונית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זיהוי והבעה של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דמיון ויצירתיות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תכנון צעדים וביצוע מעשי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מחשבה ופעולה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פעילות גופנית ותנועה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חיבור למשמעות ולעקרונות אישיים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השיח יש ארבע קטגוריות נושאים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מסומן רק בכובע חשיבה, ללא ערוץ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ותלמידה חייבים לשתף את תשובתם בקול בפני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לשלוף כרטיס באופן אקראי מתוך כל הכרטיסים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בכרטיס על ניהול בית הספר נשאלים מהו ה__________ שהיה הופך את בית הספר למקום נעים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על שנת 2050 עוסק בשאלה אם ה__________ תקרב או תרחיק בין מורים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הכרטיסים מבקש שלושה טיפים ל__________ שמתחיל או מתחילה חטיבה או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יצירתי מבקש לדמיין שיר שנכתב על 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 אחד מבקש לחשוב על מעשה קטן שישפר את ה__________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השאלות מקטגוריית עתיד ויצירה וכתבו תשובה אישית בת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שולפים כרטיס מקטגוריית בנעליים של... - איזו דמות הייתם בוחרים לבחון,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כרטיס שיח חדש משלכם, כולל שאלה, כובע חשיבה וערוץ חוסן 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חוסן אחד והסבירו מה הוא כולל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הקטגוריה המעניינת לכם ביותר מבין ארבע הקטגוריות,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